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6E003" w14:textId="77777777" w:rsidR="009453E7" w:rsidRDefault="007E7F61">
      <w:pPr>
        <w:pStyle w:val="Titolo1"/>
      </w:pPr>
      <w:r>
        <w:t>RICHIESTA DI ACCESSO CIVICO SEMPLICE E GENERALIZZATO (art. 5 D.Lgs. 33/2013)</w:t>
      </w:r>
    </w:p>
    <w:p w14:paraId="512C9CBE" w14:textId="77777777" w:rsidR="009453E7" w:rsidRDefault="007E7F61">
      <w:r>
        <w:br/>
        <w:t>CISSAC – Consorzio Intercomunale Servizi Socio Assistenziali Caluso</w:t>
      </w:r>
      <w:r>
        <w:br/>
        <w:t>Email: consorzio@cissac.it</w:t>
      </w:r>
      <w:r>
        <w:br/>
        <w:t>PEC: consorzio@pec.cissac.it</w:t>
      </w:r>
      <w:r>
        <w:br/>
      </w:r>
    </w:p>
    <w:p w14:paraId="37861411" w14:textId="77777777" w:rsidR="009453E7" w:rsidRDefault="007E7F61">
      <w:r>
        <w:t>Al CISSAC – Consorzio Intercomunale Servizi Socio Assistenziali Caluso</w:t>
      </w:r>
    </w:p>
    <w:p w14:paraId="2DBCB15C" w14:textId="77777777" w:rsidR="009453E7" w:rsidRDefault="007E7F61">
      <w:r>
        <w:br/>
        <w:t>Il/La sottoscritto/a __________________________________________</w:t>
      </w:r>
    </w:p>
    <w:p w14:paraId="3AECE074" w14:textId="77777777" w:rsidR="009453E7" w:rsidRDefault="007E7F61">
      <w:r>
        <w:t>nato/a a ______________________________ il ____/____/________</w:t>
      </w:r>
    </w:p>
    <w:p w14:paraId="2C6B874D" w14:textId="77777777" w:rsidR="009453E7" w:rsidRDefault="007E7F61">
      <w:r>
        <w:t>codice fiscale ______________________________________________</w:t>
      </w:r>
    </w:p>
    <w:p w14:paraId="3432618D" w14:textId="77777777" w:rsidR="009453E7" w:rsidRDefault="007E7F61">
      <w:r>
        <w:t>residente in ________________________________________________</w:t>
      </w:r>
    </w:p>
    <w:p w14:paraId="0BD52A21" w14:textId="77777777" w:rsidR="009453E7" w:rsidRDefault="007E7F61">
      <w:r>
        <w:t>telefono __________________ e-mail __________________________</w:t>
      </w:r>
    </w:p>
    <w:p w14:paraId="0BBDE78B" w14:textId="77777777" w:rsidR="009453E7" w:rsidRDefault="007E7F61">
      <w:r>
        <w:t>PEC ________________________________________________________</w:t>
      </w:r>
    </w:p>
    <w:p w14:paraId="0F6871C7" w14:textId="77777777" w:rsidR="009453E7" w:rsidRDefault="007E7F61">
      <w:r>
        <w:br/>
        <w:t>OGGETTO / DICHIARAZIONE / RICHIESTA</w:t>
      </w:r>
    </w:p>
    <w:p w14:paraId="34E18E33" w14:textId="77777777" w:rsidR="009453E7" w:rsidRDefault="007E7F61">
      <w:r>
        <w:br/>
        <w:t>__________________________________________________________________</w:t>
      </w:r>
      <w:r>
        <w:br/>
        <w:t>__________________________________________________________________</w:t>
      </w:r>
      <w:r>
        <w:br/>
        <w:t>__________________________________________________________________</w:t>
      </w:r>
    </w:p>
    <w:p w14:paraId="4C190920" w14:textId="77777777" w:rsidR="009453E7" w:rsidRDefault="007E7F61">
      <w:r>
        <w:br/>
        <w:t>ALLEGATI OBBLIGATORI</w:t>
      </w:r>
    </w:p>
    <w:p w14:paraId="777FFF37" w14:textId="77777777" w:rsidR="009453E7" w:rsidRDefault="007E7F61">
      <w:r>
        <w:t>□ Copia di documento di identità in corso di validità</w:t>
      </w:r>
    </w:p>
    <w:p w14:paraId="046EE515" w14:textId="77777777" w:rsidR="009453E7" w:rsidRDefault="007E7F61">
      <w:r>
        <w:t>□ Ulteriore documentazione: ________________________________</w:t>
      </w:r>
    </w:p>
    <w:p w14:paraId="36314F9C" w14:textId="77777777" w:rsidR="003C04C3" w:rsidRDefault="007E7F61" w:rsidP="003C04C3">
      <w:pPr>
        <w:jc w:val="both"/>
      </w:pPr>
      <w:r>
        <w:br/>
        <w:t>INFORMATIVA PRIVACY</w:t>
      </w:r>
    </w:p>
    <w:p w14:paraId="46F1D953" w14:textId="77777777" w:rsidR="003C04C3" w:rsidRDefault="007E7F61" w:rsidP="003C04C3">
      <w:pPr>
        <w:jc w:val="both"/>
      </w:pPr>
      <w:r>
        <w:t>Ai sensi degli artt. 13 e 14 del Regolamento (UE) 2016/679 (GDPR), i dati personali forniti saranno trattati dal CISSAC esclusivamente per finalità connesse alla gestione del procedimento amministrativo richiesto e agli adempimenti di legge. Il conferimento dei dati è obbligatorio per l'istruttoria dell'istanza. L'interessato può esercitare i diritti previsti dagli artt. 15-22 del GDPR.</w:t>
      </w:r>
    </w:p>
    <w:p w14:paraId="73C80DF3" w14:textId="472B1B9F" w:rsidR="009453E7" w:rsidRDefault="007E7F61" w:rsidP="003C04C3">
      <w:pPr>
        <w:jc w:val="both"/>
      </w:pPr>
      <w:r>
        <w:lastRenderedPageBreak/>
        <w:t>Il sottoscritto dichiara di aver preso visione dell'informativa e autorizza il trattamento dei dati personali per le finalità sopra indicate.</w:t>
      </w:r>
    </w:p>
    <w:p w14:paraId="5CCC1E76" w14:textId="77777777" w:rsidR="009453E7" w:rsidRDefault="007E7F61">
      <w:r>
        <w:br/>
        <w:t>Luogo e data ______________________________</w:t>
      </w:r>
    </w:p>
    <w:p w14:paraId="1DB96B90" w14:textId="77777777" w:rsidR="009453E7" w:rsidRDefault="007E7F61">
      <w:r>
        <w:br/>
        <w:t>Firma leggibile ______________________________</w:t>
      </w:r>
    </w:p>
    <w:sectPr w:rsidR="009453E7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1951166">
    <w:abstractNumId w:val="8"/>
  </w:num>
  <w:num w:numId="2" w16cid:durableId="2051107131">
    <w:abstractNumId w:val="6"/>
  </w:num>
  <w:num w:numId="3" w16cid:durableId="914823000">
    <w:abstractNumId w:val="5"/>
  </w:num>
  <w:num w:numId="4" w16cid:durableId="958336750">
    <w:abstractNumId w:val="4"/>
  </w:num>
  <w:num w:numId="5" w16cid:durableId="148598398">
    <w:abstractNumId w:val="7"/>
  </w:num>
  <w:num w:numId="6" w16cid:durableId="1322270220">
    <w:abstractNumId w:val="3"/>
  </w:num>
  <w:num w:numId="7" w16cid:durableId="276062483">
    <w:abstractNumId w:val="2"/>
  </w:num>
  <w:num w:numId="8" w16cid:durableId="584151758">
    <w:abstractNumId w:val="1"/>
  </w:num>
  <w:num w:numId="9" w16cid:durableId="1270547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161A4"/>
    <w:rsid w:val="0029639D"/>
    <w:rsid w:val="00326F90"/>
    <w:rsid w:val="003C04C3"/>
    <w:rsid w:val="007E7F61"/>
    <w:rsid w:val="009453E7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020DD8"/>
  <w14:defaultImageDpi w14:val="300"/>
  <w15:docId w15:val="{7BB8A4F6-7E52-4156-BF12-09DCE504B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Valentina Panebianco</cp:lastModifiedBy>
  <cp:revision>2</cp:revision>
  <dcterms:created xsi:type="dcterms:W3CDTF">2013-12-23T23:15:00Z</dcterms:created>
  <dcterms:modified xsi:type="dcterms:W3CDTF">2026-06-11T10:24:00Z</dcterms:modified>
  <cp:category/>
</cp:coreProperties>
</file>