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7A45" w14:textId="6A815B59" w:rsidR="00385C68" w:rsidRDefault="00D12664" w:rsidP="00011332">
      <w:pPr>
        <w:pStyle w:val="Titolo1"/>
        <w:jc w:val="both"/>
      </w:pPr>
      <w:r>
        <w:t>DICHIARAZIONE SOSTITUTIVA DELL'ATTO DI NOTORIETA' (art. 47 DPR</w:t>
      </w:r>
      <w:r w:rsidR="00011332">
        <w:t xml:space="preserve"> </w:t>
      </w:r>
      <w:r>
        <w:t>445/2000)</w:t>
      </w:r>
    </w:p>
    <w:p w14:paraId="5B6B9D94" w14:textId="77777777" w:rsidR="00385C68" w:rsidRDefault="00D12664">
      <w:r>
        <w:br/>
        <w:t>CISSAC – Consorzio Intercomunale Servizi Socio Assistenziali Caluso</w:t>
      </w:r>
      <w:r>
        <w:br/>
        <w:t>Email: consorzio@cissac.it</w:t>
      </w:r>
      <w:r>
        <w:br/>
        <w:t>PEC: consorzio@pec.cissac.it</w:t>
      </w:r>
      <w:r>
        <w:br/>
      </w:r>
    </w:p>
    <w:p w14:paraId="4A8921FD" w14:textId="77777777" w:rsidR="00385C68" w:rsidRDefault="00D12664">
      <w:r>
        <w:t>Al CISSAC – Consorzio Intercomunale Servizi Socio Assistenziali Caluso</w:t>
      </w:r>
    </w:p>
    <w:p w14:paraId="09E9BDFB" w14:textId="77777777" w:rsidR="00385C68" w:rsidRDefault="00D12664">
      <w:r>
        <w:br/>
        <w:t>Il/La sottoscritto/a __________________________________________</w:t>
      </w:r>
    </w:p>
    <w:p w14:paraId="6729FC34" w14:textId="77777777" w:rsidR="00385C68" w:rsidRDefault="00D12664">
      <w:r>
        <w:t>nato/a a ______________________________ il ____/____/________</w:t>
      </w:r>
    </w:p>
    <w:p w14:paraId="50BD55AB" w14:textId="77777777" w:rsidR="00385C68" w:rsidRDefault="00D12664">
      <w:r>
        <w:t>codice fiscale ______________________________________________</w:t>
      </w:r>
    </w:p>
    <w:p w14:paraId="0A8C67DA" w14:textId="77777777" w:rsidR="00385C68" w:rsidRDefault="00D12664">
      <w:r>
        <w:t>residente in ________________________________________________</w:t>
      </w:r>
    </w:p>
    <w:p w14:paraId="4778CACB" w14:textId="77777777" w:rsidR="00385C68" w:rsidRDefault="00D12664">
      <w:r>
        <w:t>telefono __________________ e-mail __________________________</w:t>
      </w:r>
    </w:p>
    <w:p w14:paraId="0008BB38" w14:textId="77777777" w:rsidR="00385C68" w:rsidRDefault="00D12664">
      <w:r>
        <w:t>PEC ________________________________________________________</w:t>
      </w:r>
    </w:p>
    <w:p w14:paraId="6A031547" w14:textId="77777777" w:rsidR="00385C68" w:rsidRDefault="00D12664">
      <w:r>
        <w:br/>
        <w:t>OGGETTO / DICHIARAZIONE / RICHIESTA</w:t>
      </w:r>
    </w:p>
    <w:p w14:paraId="13543F01" w14:textId="77777777" w:rsidR="00385C68" w:rsidRDefault="00D12664">
      <w:r>
        <w:br/>
        <w:t>__________________________________________________________________</w:t>
      </w:r>
      <w:r>
        <w:br/>
        <w:t>__________________________________________________________________</w:t>
      </w:r>
      <w:r>
        <w:br/>
        <w:t>__________________________________________________________________</w:t>
      </w:r>
    </w:p>
    <w:p w14:paraId="2201D44B" w14:textId="77777777" w:rsidR="00385C68" w:rsidRDefault="00D12664">
      <w:r>
        <w:br/>
        <w:t>ALLEGATI OBBLIGATORI</w:t>
      </w:r>
    </w:p>
    <w:p w14:paraId="3B3A0D4D" w14:textId="77777777" w:rsidR="00385C68" w:rsidRDefault="00D12664">
      <w:r>
        <w:t>□ Copia di documento di identità in corso di validità</w:t>
      </w:r>
    </w:p>
    <w:p w14:paraId="3D1D0476" w14:textId="77777777" w:rsidR="00385C68" w:rsidRDefault="00D12664">
      <w:r>
        <w:t>□ Ulteriore documentazione: ________________________________</w:t>
      </w:r>
    </w:p>
    <w:p w14:paraId="010E0897" w14:textId="77777777" w:rsidR="00011332" w:rsidRDefault="00D12664" w:rsidP="00011332">
      <w:pPr>
        <w:jc w:val="both"/>
      </w:pPr>
      <w:r>
        <w:br/>
      </w:r>
      <w:r>
        <w:t>INFORMATIVA PRIVACY</w:t>
      </w:r>
    </w:p>
    <w:p w14:paraId="2808C568" w14:textId="6518BCC0" w:rsidR="00011332" w:rsidRDefault="00D12664" w:rsidP="00011332">
      <w:pPr>
        <w:jc w:val="both"/>
      </w:pPr>
      <w:r>
        <w:t xml:space="preserve">Ai sensi degli </w:t>
      </w:r>
      <w:proofErr w:type="spellStart"/>
      <w:r>
        <w:t>artt</w:t>
      </w:r>
      <w:proofErr w:type="spellEnd"/>
      <w:r>
        <w:t>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</w:r>
    </w:p>
    <w:p w14:paraId="15CF79C4" w14:textId="32E2A134" w:rsidR="00385C68" w:rsidRDefault="00D12664" w:rsidP="00011332">
      <w:pPr>
        <w:jc w:val="both"/>
      </w:pPr>
      <w:r>
        <w:lastRenderedPageBreak/>
        <w:t xml:space="preserve">Il </w:t>
      </w:r>
      <w:proofErr w:type="spellStart"/>
      <w:r>
        <w:t>sottoscritto</w:t>
      </w:r>
      <w:proofErr w:type="spellEnd"/>
      <w:r>
        <w:t xml:space="preserve"> dichiara di aver preso visione dell'informativa e autorizza il trattamento dei dati personali per le </w:t>
      </w:r>
      <w:proofErr w:type="spellStart"/>
      <w:r>
        <w:t>finalità</w:t>
      </w:r>
      <w:proofErr w:type="spellEnd"/>
      <w:r>
        <w:t xml:space="preserve"> sopra indicate.</w:t>
      </w:r>
    </w:p>
    <w:p w14:paraId="537F1996" w14:textId="77777777" w:rsidR="00385C68" w:rsidRDefault="00D12664">
      <w:r>
        <w:br/>
        <w:t>Luogo e data ______________________________</w:t>
      </w:r>
    </w:p>
    <w:p w14:paraId="4E0570F9" w14:textId="77777777" w:rsidR="00385C68" w:rsidRDefault="00D12664">
      <w:r>
        <w:br/>
        <w:t>Firma leggibile ______________________________</w:t>
      </w:r>
    </w:p>
    <w:sectPr w:rsidR="00385C6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3218932">
    <w:abstractNumId w:val="8"/>
  </w:num>
  <w:num w:numId="2" w16cid:durableId="1174151119">
    <w:abstractNumId w:val="6"/>
  </w:num>
  <w:num w:numId="3" w16cid:durableId="1221593935">
    <w:abstractNumId w:val="5"/>
  </w:num>
  <w:num w:numId="4" w16cid:durableId="1277522993">
    <w:abstractNumId w:val="4"/>
  </w:num>
  <w:num w:numId="5" w16cid:durableId="67971064">
    <w:abstractNumId w:val="7"/>
  </w:num>
  <w:num w:numId="6" w16cid:durableId="1841431860">
    <w:abstractNumId w:val="3"/>
  </w:num>
  <w:num w:numId="7" w16cid:durableId="1695955357">
    <w:abstractNumId w:val="2"/>
  </w:num>
  <w:num w:numId="8" w16cid:durableId="1179124030">
    <w:abstractNumId w:val="1"/>
  </w:num>
  <w:num w:numId="9" w16cid:durableId="208614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1332"/>
    <w:rsid w:val="00034616"/>
    <w:rsid w:val="0006063C"/>
    <w:rsid w:val="0015074B"/>
    <w:rsid w:val="0029639D"/>
    <w:rsid w:val="00326F90"/>
    <w:rsid w:val="00385C68"/>
    <w:rsid w:val="00452E33"/>
    <w:rsid w:val="00AA1D8D"/>
    <w:rsid w:val="00B47730"/>
    <w:rsid w:val="00CB0664"/>
    <w:rsid w:val="00D12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564FBA"/>
  <w14:defaultImageDpi w14:val="300"/>
  <w15:docId w15:val="{8551C88F-2A02-4799-8345-A647F29C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Valentina Panebianco</cp:lastModifiedBy>
  <cp:revision>2</cp:revision>
  <dcterms:created xsi:type="dcterms:W3CDTF">2013-12-23T23:15:00Z</dcterms:created>
  <dcterms:modified xsi:type="dcterms:W3CDTF">2026-06-11T10:21:00Z</dcterms:modified>
  <cp:category/>
</cp:coreProperties>
</file>